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0052" w:rsidRPr="00AA0291" w:rsidRDefault="00AA0291" w:rsidP="00AA0291">
      <w:pPr>
        <w:jc w:val="center"/>
        <w:rPr>
          <w:rFonts w:ascii="Times New Roman" w:hAnsi="Times New Roman" w:cs="Times New Roman"/>
          <w:sz w:val="24"/>
          <w:szCs w:val="24"/>
          <w:lang w:val="tr-TR"/>
        </w:rPr>
      </w:pPr>
      <w:r w:rsidRPr="00AA0291">
        <w:rPr>
          <w:rFonts w:ascii="Times New Roman" w:hAnsi="Times New Roman" w:cs="Times New Roman"/>
          <w:b/>
          <w:sz w:val="24"/>
          <w:szCs w:val="24"/>
          <w:lang w:val="tr-TR"/>
        </w:rPr>
        <w:t>SÜLEYMAN DEMİREL ÜNİVERSİTESİ</w:t>
      </w:r>
      <w:r w:rsidRPr="00AA0291">
        <w:rPr>
          <w:rFonts w:ascii="Times New Roman" w:hAnsi="Times New Roman" w:cs="Times New Roman"/>
          <w:b/>
          <w:sz w:val="24"/>
          <w:szCs w:val="24"/>
          <w:lang w:val="tr-TR"/>
        </w:rPr>
        <w:br/>
        <w:t>SİVİL HAVACILIK YÜKSEKOKULU MÜDÜRLÜĞÜ</w:t>
      </w:r>
    </w:p>
    <w:p w:rsidR="00640052" w:rsidRPr="00AA0291" w:rsidRDefault="001A5FDD" w:rsidP="00AA0291">
      <w:pPr>
        <w:pStyle w:val="KonuBal"/>
        <w:jc w:val="center"/>
        <w:rPr>
          <w:rFonts w:ascii="Times New Roman" w:hAnsi="Times New Roman" w:cs="Times New Roman"/>
          <w:b/>
          <w:sz w:val="24"/>
          <w:szCs w:val="24"/>
          <w:lang w:val="tr-TR"/>
        </w:rPr>
      </w:pPr>
      <w:r w:rsidRPr="00AA0291">
        <w:rPr>
          <w:rFonts w:ascii="Times New Roman" w:hAnsi="Times New Roman" w:cs="Times New Roman"/>
          <w:b/>
          <w:sz w:val="24"/>
          <w:szCs w:val="24"/>
          <w:lang w:val="tr-TR"/>
        </w:rPr>
        <w:t>Etkinlik Talep ve Bilgi Formu</w:t>
      </w:r>
    </w:p>
    <w:p w:rsidR="0035225A" w:rsidRDefault="00B1106E" w:rsidP="00BD4210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>
        <w:rPr>
          <w:rFonts w:ascii="Times New Roman" w:hAnsi="Times New Roman" w:cs="Times New Roman"/>
          <w:sz w:val="24"/>
          <w:szCs w:val="24"/>
          <w:lang w:val="tr-TR"/>
        </w:rPr>
        <w:t xml:space="preserve">Bu form bilgisayarda doldurulur. </w:t>
      </w:r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>Me</w:t>
      </w:r>
      <w:r>
        <w:rPr>
          <w:rFonts w:ascii="Times New Roman" w:hAnsi="Times New Roman" w:cs="Times New Roman"/>
          <w:sz w:val="24"/>
          <w:szCs w:val="24"/>
          <w:lang w:val="tr-TR"/>
        </w:rPr>
        <w:t>tin alanlarına tıklayıp yazınız,</w:t>
      </w:r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mavi zeminli </w:t>
      </w:r>
      <w:r>
        <w:rPr>
          <w:rFonts w:ascii="Times New Roman" w:hAnsi="Times New Roman" w:cs="Times New Roman"/>
          <w:sz w:val="24"/>
          <w:szCs w:val="24"/>
          <w:lang w:val="tr-TR"/>
        </w:rPr>
        <w:t>alan</w:t>
      </w:r>
      <w:r w:rsidR="00AA0291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a tıklayıp sağda beliren </w:t>
      </w:r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>okla seçim yapınız. Seçiminizi aynı</w:t>
      </w:r>
      <w:r w:rsidR="00AA0291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</w:t>
      </w:r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okla değiştirebilirsiniz. Kutuları tıklayarak işaretleyiniz. </w:t>
      </w:r>
    </w:p>
    <w:p w:rsidR="00640052" w:rsidRPr="00AA0291" w:rsidRDefault="001A5FDD" w:rsidP="00BD4210">
      <w:pPr>
        <w:jc w:val="both"/>
        <w:rPr>
          <w:rFonts w:ascii="Times New Roman" w:hAnsi="Times New Roman" w:cs="Times New Roman"/>
          <w:sz w:val="24"/>
          <w:szCs w:val="24"/>
          <w:lang w:val="tr-TR"/>
        </w:rPr>
      </w:pPr>
      <w:r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* işaretli alanlar sistemde zorunludur. </w:t>
      </w:r>
    </w:p>
    <w:p w:rsidR="00640052" w:rsidRPr="00AA0291" w:rsidRDefault="001A5FDD">
      <w:pPr>
        <w:pStyle w:val="Balk1"/>
        <w:rPr>
          <w:rFonts w:ascii="Times New Roman" w:hAnsi="Times New Roman" w:cs="Times New Roman"/>
          <w:szCs w:val="24"/>
          <w:lang w:val="tr-TR"/>
        </w:rPr>
      </w:pPr>
      <w:r w:rsidRPr="00AA0291">
        <w:rPr>
          <w:rFonts w:ascii="Times New Roman" w:hAnsi="Times New Roman" w:cs="Times New Roman"/>
          <w:szCs w:val="24"/>
          <w:lang w:val="tr-TR"/>
        </w:rPr>
        <w:t>1</w:t>
      </w:r>
      <w:r w:rsidR="000F7400">
        <w:rPr>
          <w:rFonts w:ascii="Times New Roman" w:hAnsi="Times New Roman" w:cs="Times New Roman"/>
          <w:szCs w:val="24"/>
          <w:lang w:val="tr-TR"/>
        </w:rPr>
        <w:t>.</w:t>
      </w:r>
      <w:r w:rsidRPr="00AA0291">
        <w:rPr>
          <w:rFonts w:ascii="Times New Roman" w:hAnsi="Times New Roman" w:cs="Times New Roman"/>
          <w:szCs w:val="24"/>
          <w:lang w:val="tr-TR"/>
        </w:rPr>
        <w:t xml:space="preserve"> </w:t>
      </w:r>
      <w:r w:rsidR="00BD4210" w:rsidRPr="00AA0291">
        <w:rPr>
          <w:rFonts w:ascii="Times New Roman" w:hAnsi="Times New Roman" w:cs="Times New Roman"/>
          <w:szCs w:val="24"/>
          <w:lang w:val="tr-TR"/>
        </w:rPr>
        <w:t>ETKİNLİK BİLGİLERİ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344"/>
      </w:tblGrid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* Etkinlik adı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640052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Etkinlik türü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4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Cambria Math" w:hAnsi="Cambria Math" w:cs="Cambria Math"/>
                <w:b/>
                <w:color w:val="305A80"/>
                <w:sz w:val="24"/>
                <w:szCs w:val="24"/>
                <w:lang w:val="tr-TR"/>
              </w:rPr>
              <w:t>▾</w:t>
            </w:r>
            <w:r w:rsidRPr="00AA0291">
              <w:rPr>
                <w:rFonts w:ascii="Times New Roman" w:hAnsi="Times New Roman" w:cs="Times New Roman"/>
                <w:b/>
                <w:color w:val="305A80"/>
                <w:sz w:val="24"/>
                <w:szCs w:val="24"/>
                <w:lang w:val="tr-TR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tr-TR"/>
                </w:rPr>
                <w:alias w:val="Etkinlik türü"/>
                <w:tag w:val="Etkinlik türü"/>
                <w:id w:val="1988996714"/>
                <w:dropDownList>
                  <w:listItem w:displayText="Seçiniz" w:value="SECIM_YAPILMADI"/>
                  <w:listItem w:displayText="Anma Programı" w:value="SECENEK_1"/>
                  <w:listItem w:displayText="Çalıştay" w:value="SECENEK_2"/>
                  <w:listItem w:displayText="Ders-Sınav" w:value="SECENEK_3"/>
                  <w:listItem w:displayText="Eğitim Programı" w:value="SECENEK_4"/>
                  <w:listItem w:displayText="E-Toplantı" w:value="SECENEK_5"/>
                  <w:listItem w:displayText="Hizmet İçi Eğitim" w:value="SECENEK_6"/>
                  <w:listItem w:displayText="Konferans" w:value="SECENEK_7"/>
                  <w:listItem w:displayText="Kongre" w:value="SECENEK_8"/>
                  <w:listItem w:displayText="Konser" w:value="SECENEK_9"/>
                  <w:listItem w:displayText="Mezun Öğrenci Buluşması" w:value="SECENEK_10"/>
                  <w:listItem w:displayText="Ödül Töreni" w:value="SECENEK_11"/>
                  <w:listItem w:displayText="Panel" w:value="SECENEK_12"/>
                  <w:listItem w:displayText="Sahne Sanatları" w:value="SECENEK_13"/>
                  <w:listItem w:displayText="Sanatsal Faaliyetler" w:value="SECENEK_14"/>
                  <w:listItem w:displayText="Sektör Öğrenci Buluşması" w:value="SECENEK_15"/>
                  <w:listItem w:displayText="Seminer" w:value="SECENEK_16"/>
                  <w:listItem w:displayText="Sempozyum" w:value="SECENEK_17"/>
                  <w:listItem w:displayText="Sergi" w:value="SECENEK_18"/>
                  <w:listItem w:displayText="Sinema" w:value="SECENEK_19"/>
                  <w:listItem w:displayText="Sosyal Gezi" w:value="SECENEK_20"/>
                  <w:listItem w:displayText="Sosyal Sorumluluk" w:value="SECENEK_21"/>
                  <w:listItem w:displayText="Söyleşi" w:value="SECENEK_22"/>
                  <w:listItem w:displayText="Sportif" w:value="SECENEK_23"/>
                  <w:listItem w:displayText="Sportif Faaliyet" w:value="SECENEK_24"/>
                  <w:listItem w:displayText="Teknik Gezi" w:value="SECENEK_25"/>
                  <w:listItem w:displayText="Tiyatro" w:value="SECENEK_26"/>
                  <w:listItem w:displayText="Tören" w:value="SECENEK_27"/>
                  <w:listItem w:displayText="Webinar" w:value="SECENEK_28"/>
                  <w:listItem w:displayText="Workshop" w:value="SECENEK_29"/>
                  <w:listItem w:displayText="Yarışma" w:value="SECENEK_30"/>
                  <w:listItem w:displayText="Yürüyüş" w:value="SECENEK_31"/>
                </w:dropDownList>
              </w:sdtPr>
              <w:sdtEndPr/>
              <w:sdtContent>
                <w:r w:rsidR="00AA0291" w:rsidRPr="00AA0291">
                  <w:rPr>
                    <w:rFonts w:ascii="Times New Roman" w:hAnsi="Times New Roman" w:cs="Times New Roman"/>
                    <w:sz w:val="24"/>
                    <w:szCs w:val="24"/>
                    <w:lang w:val="tr-TR"/>
                  </w:rPr>
                  <w:t>Seçiniz</w:t>
                </w:r>
              </w:sdtContent>
            </w:sdt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* Birim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0F7400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Sivil Havacılık Yüksekokulu</w:t>
            </w:r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* Başlangıç tarihi ve saati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3B3739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tr-TR"/>
                </w:rPr>
                <w:alias w:val="* Başlangıç tarihi ve saati"/>
                <w:tag w:val="* Başlangıç tarihi ve saati"/>
                <w:id w:val="1607744714"/>
                <w:text w:multiLine="1"/>
              </w:sdtPr>
              <w:sdtEndPr/>
              <w:sdtContent>
                <w:proofErr w:type="gramStart"/>
                <w:r w:rsidR="001A5FDD" w:rsidRPr="00AA0291">
                  <w:rPr>
                    <w:rFonts w:ascii="Times New Roman" w:hAnsi="Times New Roman" w:cs="Times New Roman"/>
                    <w:color w:val="555555"/>
                    <w:sz w:val="24"/>
                    <w:szCs w:val="24"/>
                    <w:lang w:val="tr-TR"/>
                  </w:rPr>
                  <w:t>GG.AA</w:t>
                </w:r>
                <w:proofErr w:type="gramEnd"/>
                <w:r w:rsidR="001A5FDD" w:rsidRPr="00AA0291">
                  <w:rPr>
                    <w:rFonts w:ascii="Times New Roman" w:hAnsi="Times New Roman" w:cs="Times New Roman"/>
                    <w:color w:val="555555"/>
                    <w:sz w:val="24"/>
                    <w:szCs w:val="24"/>
                    <w:lang w:val="tr-TR"/>
                  </w:rPr>
                  <w:t>.YYYY SS:DD</w:t>
                </w:r>
              </w:sdtContent>
            </w:sdt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* Bitiş tarihi ve saati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3B3739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tr-TR"/>
                </w:rPr>
                <w:alias w:val="* Bitiş tarihi ve saati"/>
                <w:tag w:val="* Bitiş tarihi ve saati"/>
                <w:id w:val="1387075397"/>
                <w:text w:multiLine="1"/>
              </w:sdtPr>
              <w:sdtEndPr/>
              <w:sdtContent>
                <w:proofErr w:type="gramStart"/>
                <w:r w:rsidR="001A5FDD" w:rsidRPr="00AA0291">
                  <w:rPr>
                    <w:rFonts w:ascii="Times New Roman" w:hAnsi="Times New Roman" w:cs="Times New Roman"/>
                    <w:color w:val="555555"/>
                    <w:sz w:val="24"/>
                    <w:szCs w:val="24"/>
                    <w:lang w:val="tr-TR"/>
                  </w:rPr>
                  <w:t>GG.AA</w:t>
                </w:r>
                <w:proofErr w:type="gramEnd"/>
                <w:r w:rsidR="001A5FDD" w:rsidRPr="00AA0291">
                  <w:rPr>
                    <w:rFonts w:ascii="Times New Roman" w:hAnsi="Times New Roman" w:cs="Times New Roman"/>
                    <w:color w:val="555555"/>
                    <w:sz w:val="24"/>
                    <w:szCs w:val="24"/>
                    <w:lang w:val="tr-TR"/>
                  </w:rPr>
                  <w:t>.YYYY SS:DD</w:t>
                </w:r>
              </w:sdtContent>
            </w:sdt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* Yapılacağı yer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640052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* Amacı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640052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* İç paydaşlar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640052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* Dış paydaşlar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640052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* Konuk ismi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DC2EC6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Yok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 xml:space="preserve"> ise “yok” yazınız.</w:t>
            </w:r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Tür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4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Cambria Math" w:hAnsi="Cambria Math" w:cs="Cambria Math"/>
                <w:b/>
                <w:color w:val="305A80"/>
                <w:sz w:val="24"/>
                <w:szCs w:val="24"/>
                <w:lang w:val="tr-TR"/>
              </w:rPr>
              <w:t>▾</w:t>
            </w:r>
            <w:r w:rsidRPr="00AA0291">
              <w:rPr>
                <w:rFonts w:ascii="Times New Roman" w:hAnsi="Times New Roman" w:cs="Times New Roman"/>
                <w:b/>
                <w:color w:val="305A80"/>
                <w:sz w:val="24"/>
                <w:szCs w:val="24"/>
                <w:lang w:val="tr-TR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tr-TR"/>
                </w:rPr>
                <w:alias w:val="Tür"/>
                <w:tag w:val="Tür"/>
                <w:id w:val="1939064097"/>
                <w:dropDownList>
                  <w:listItem w:displayText="Seçiniz" w:value="SECIM_YAPILMADI"/>
                  <w:listItem w:displayText="Ulusal" w:value="SECENEK_1"/>
                  <w:listItem w:displayText="Uluslararası" w:value="SECENEK_2"/>
                </w:dropDownList>
              </w:sdtPr>
              <w:sdtEndPr/>
              <w:sdtContent>
                <w:r w:rsidRPr="00AA0291">
                  <w:rPr>
                    <w:rFonts w:ascii="Times New Roman" w:hAnsi="Times New Roman" w:cs="Times New Roman"/>
                    <w:color w:val="555555"/>
                    <w:sz w:val="24"/>
                    <w:szCs w:val="24"/>
                    <w:lang w:val="tr-TR"/>
                  </w:rPr>
                  <w:t>Seçiniz</w:t>
                </w:r>
              </w:sdtContent>
            </w:sdt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Etkinlikle ilgili diğer bilgiler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640052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Default="001A5FDD" w:rsidP="000F740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* Duyuru metni</w:t>
            </w:r>
          </w:p>
          <w:p w:rsidR="00AA0291" w:rsidRPr="00AA0291" w:rsidRDefault="00AA0291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sz w:val="24"/>
                <w:szCs w:val="24"/>
                <w:lang w:val="tr-TR"/>
              </w:rPr>
              <w:t>(Üniversite ana sayfasında yayımlanacak hazır duyuru metnini yazınız)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640052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:rsidR="00640052" w:rsidRPr="00AA0291" w:rsidRDefault="00640052">
      <w:pPr>
        <w:spacing w:after="20"/>
        <w:rPr>
          <w:rFonts w:ascii="Times New Roman" w:hAnsi="Times New Roman" w:cs="Times New Roman"/>
          <w:sz w:val="24"/>
          <w:szCs w:val="24"/>
          <w:lang w:val="tr-TR"/>
        </w:rPr>
      </w:pPr>
    </w:p>
    <w:p w:rsidR="00640052" w:rsidRPr="00AA0291" w:rsidRDefault="001A5FDD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AA0291">
        <w:rPr>
          <w:rFonts w:ascii="Times New Roman" w:hAnsi="Times New Roman" w:cs="Times New Roman"/>
          <w:sz w:val="24"/>
          <w:szCs w:val="24"/>
          <w:lang w:val="tr-TR"/>
        </w:rPr>
        <w:br w:type="page"/>
      </w:r>
    </w:p>
    <w:p w:rsidR="00640052" w:rsidRPr="00AA0291" w:rsidRDefault="001A5FDD">
      <w:pPr>
        <w:pStyle w:val="Balk1"/>
        <w:rPr>
          <w:rFonts w:ascii="Times New Roman" w:hAnsi="Times New Roman" w:cs="Times New Roman"/>
          <w:szCs w:val="24"/>
          <w:lang w:val="tr-TR"/>
        </w:rPr>
      </w:pPr>
      <w:r w:rsidRPr="00AA0291">
        <w:rPr>
          <w:rFonts w:ascii="Times New Roman" w:hAnsi="Times New Roman" w:cs="Times New Roman"/>
          <w:szCs w:val="24"/>
          <w:lang w:val="tr-TR"/>
        </w:rPr>
        <w:lastRenderedPageBreak/>
        <w:t>2</w:t>
      </w:r>
      <w:r w:rsidR="000F7400">
        <w:rPr>
          <w:rFonts w:ascii="Times New Roman" w:hAnsi="Times New Roman" w:cs="Times New Roman"/>
          <w:szCs w:val="24"/>
          <w:lang w:val="tr-TR"/>
        </w:rPr>
        <w:t>.</w:t>
      </w:r>
      <w:r w:rsidRPr="00AA0291">
        <w:rPr>
          <w:rFonts w:ascii="Times New Roman" w:hAnsi="Times New Roman" w:cs="Times New Roman"/>
          <w:szCs w:val="24"/>
          <w:lang w:val="tr-TR"/>
        </w:rPr>
        <w:t xml:space="preserve"> </w:t>
      </w:r>
      <w:r w:rsidR="00BD4210" w:rsidRPr="00AA0291">
        <w:rPr>
          <w:rFonts w:ascii="Times New Roman" w:hAnsi="Times New Roman" w:cs="Times New Roman"/>
          <w:szCs w:val="24"/>
          <w:lang w:val="tr-TR"/>
        </w:rPr>
        <w:t>HEDEF KİTLE VE KAPSAM</w:t>
      </w:r>
    </w:p>
    <w:p w:rsidR="00640052" w:rsidRPr="00AA0291" w:rsidRDefault="001A5FDD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AA0291">
        <w:rPr>
          <w:rFonts w:ascii="Times New Roman" w:hAnsi="Times New Roman" w:cs="Times New Roman"/>
          <w:sz w:val="24"/>
          <w:szCs w:val="24"/>
          <w:lang w:val="tr-TR"/>
        </w:rPr>
        <w:t>Uygun olan birden fazla seçeneği işaretleyebilirsiniz.</w:t>
      </w:r>
    </w:p>
    <w:p w:rsidR="00640052" w:rsidRPr="00AA0291" w:rsidRDefault="001A5FDD">
      <w:pPr>
        <w:pStyle w:val="Balk2"/>
        <w:rPr>
          <w:rFonts w:ascii="Times New Roman" w:hAnsi="Times New Roman" w:cs="Times New Roman"/>
          <w:sz w:val="24"/>
          <w:szCs w:val="24"/>
          <w:lang w:val="tr-TR"/>
        </w:rPr>
      </w:pPr>
      <w:r w:rsidRPr="00AA0291">
        <w:rPr>
          <w:rFonts w:ascii="Times New Roman" w:hAnsi="Times New Roman" w:cs="Times New Roman"/>
          <w:sz w:val="24"/>
          <w:szCs w:val="24"/>
          <w:lang w:val="tr-TR"/>
        </w:rPr>
        <w:t>Etkinlik hedef kitlesi</w:t>
      </w:r>
    </w:p>
    <w:p w:rsidR="00640052" w:rsidRPr="00AA0291" w:rsidRDefault="003B3739">
      <w:pPr>
        <w:spacing w:after="60"/>
        <w:rPr>
          <w:rFonts w:ascii="Times New Roman" w:hAnsi="Times New Roman" w:cs="Times New Roman"/>
          <w:sz w:val="24"/>
          <w:szCs w:val="24"/>
          <w:lang w:val="tr-TR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tr-TR"/>
          </w:rPr>
          <w:alias w:val="Etkinlik hedef kitlesi Diğer"/>
          <w:tag w:val="Etkinlik hedef kitlesi Diğer"/>
          <w:id w:val="8171611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291" w:rsidRPr="00AA0291">
            <w:rPr>
              <w:rFonts w:ascii="MS Gothic" w:eastAsia="MS Gothic" w:hAnsi="MS Gothic" w:cs="Times New Roman"/>
              <w:b/>
              <w:sz w:val="24"/>
              <w:szCs w:val="24"/>
              <w:lang w:val="tr-TR"/>
            </w:rPr>
            <w:t>☐</w:t>
          </w:r>
        </w:sdtContent>
      </w:sdt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 Diğer</w:t>
      </w:r>
    </w:p>
    <w:p w:rsidR="00640052" w:rsidRPr="00AA0291" w:rsidRDefault="003B3739">
      <w:pPr>
        <w:spacing w:after="60"/>
        <w:rPr>
          <w:rFonts w:ascii="Times New Roman" w:hAnsi="Times New Roman" w:cs="Times New Roman"/>
          <w:sz w:val="24"/>
          <w:szCs w:val="24"/>
          <w:lang w:val="tr-TR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tr-TR"/>
          </w:rPr>
          <w:alias w:val="Etkinlik hedef kitlesi Engelli Öğrenciler"/>
          <w:tag w:val="Etkinlik hedef kitlesi Engelli Öğrenciler"/>
          <w:id w:val="3758926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291" w:rsidRPr="00AA0291">
            <w:rPr>
              <w:rFonts w:ascii="MS Gothic" w:eastAsia="MS Gothic" w:hAnsi="MS Gothic" w:cs="Times New Roman"/>
              <w:b/>
              <w:sz w:val="24"/>
              <w:szCs w:val="24"/>
              <w:lang w:val="tr-TR"/>
            </w:rPr>
            <w:t>☐</w:t>
          </w:r>
        </w:sdtContent>
      </w:sdt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 Engelli Öğrenciler</w:t>
      </w:r>
    </w:p>
    <w:p w:rsidR="00640052" w:rsidRPr="00AA0291" w:rsidRDefault="003B3739">
      <w:pPr>
        <w:spacing w:after="60"/>
        <w:rPr>
          <w:rFonts w:ascii="Times New Roman" w:hAnsi="Times New Roman" w:cs="Times New Roman"/>
          <w:sz w:val="24"/>
          <w:szCs w:val="24"/>
          <w:lang w:val="tr-TR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tr-TR"/>
          </w:rPr>
          <w:alias w:val="Etkinlik hedef kitlesi Özel Sektör"/>
          <w:tag w:val="Etkinlik hedef kitlesi Özel Sektör"/>
          <w:id w:val="6324616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291" w:rsidRPr="00AA0291">
            <w:rPr>
              <w:rFonts w:ascii="MS Gothic" w:eastAsia="MS Gothic" w:hAnsi="MS Gothic" w:cs="Times New Roman"/>
              <w:b/>
              <w:sz w:val="24"/>
              <w:szCs w:val="24"/>
              <w:lang w:val="tr-TR"/>
            </w:rPr>
            <w:t>☐</w:t>
          </w:r>
        </w:sdtContent>
      </w:sdt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 Özel Sektör</w:t>
      </w:r>
    </w:p>
    <w:p w:rsidR="00640052" w:rsidRPr="00AA0291" w:rsidRDefault="003B3739">
      <w:pPr>
        <w:spacing w:after="60"/>
        <w:rPr>
          <w:rFonts w:ascii="Times New Roman" w:hAnsi="Times New Roman" w:cs="Times New Roman"/>
          <w:sz w:val="24"/>
          <w:szCs w:val="24"/>
          <w:lang w:val="tr-TR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tr-TR"/>
          </w:rPr>
          <w:alias w:val="Etkinlik hedef kitlesi Personel"/>
          <w:tag w:val="Etkinlik hedef kitlesi Personel"/>
          <w:id w:val="13533930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291" w:rsidRPr="00AA0291">
            <w:rPr>
              <w:rFonts w:ascii="MS Gothic" w:eastAsia="MS Gothic" w:hAnsi="MS Gothic" w:cs="Times New Roman"/>
              <w:b/>
              <w:sz w:val="24"/>
              <w:szCs w:val="24"/>
              <w:lang w:val="tr-TR"/>
            </w:rPr>
            <w:t>☐</w:t>
          </w:r>
        </w:sdtContent>
      </w:sdt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 Personel</w:t>
      </w:r>
    </w:p>
    <w:p w:rsidR="00640052" w:rsidRPr="00AA0291" w:rsidRDefault="003B3739">
      <w:pPr>
        <w:spacing w:after="60"/>
        <w:rPr>
          <w:rFonts w:ascii="Times New Roman" w:hAnsi="Times New Roman" w:cs="Times New Roman"/>
          <w:sz w:val="24"/>
          <w:szCs w:val="24"/>
          <w:lang w:val="tr-TR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tr-TR"/>
          </w:rPr>
          <w:alias w:val="Etkinlik hedef kitlesi Resmi Kurumlar"/>
          <w:tag w:val="Etkinlik hedef kitlesi Resmi Kurumlar"/>
          <w:id w:val="5841684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291" w:rsidRPr="00AA0291">
            <w:rPr>
              <w:rFonts w:ascii="MS Gothic" w:eastAsia="MS Gothic" w:hAnsi="MS Gothic" w:cs="Times New Roman"/>
              <w:b/>
              <w:sz w:val="24"/>
              <w:szCs w:val="24"/>
              <w:lang w:val="tr-TR"/>
            </w:rPr>
            <w:t>☐</w:t>
          </w:r>
        </w:sdtContent>
      </w:sdt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 Resmi Kurumlar</w:t>
      </w:r>
    </w:p>
    <w:p w:rsidR="00640052" w:rsidRPr="00AA0291" w:rsidRDefault="003B3739">
      <w:pPr>
        <w:spacing w:after="60"/>
        <w:rPr>
          <w:rFonts w:ascii="Times New Roman" w:hAnsi="Times New Roman" w:cs="Times New Roman"/>
          <w:sz w:val="24"/>
          <w:szCs w:val="24"/>
          <w:lang w:val="tr-TR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tr-TR"/>
          </w:rPr>
          <w:alias w:val="Etkinlik hedef kitlesi Üniversite Öğrencileri"/>
          <w:tag w:val="Etkinlik hedef kitlesi Üniversite Öğrencileri"/>
          <w:id w:val="11100955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291" w:rsidRPr="00AA0291">
            <w:rPr>
              <w:rFonts w:ascii="MS Gothic" w:eastAsia="MS Gothic" w:hAnsi="MS Gothic" w:cs="Times New Roman"/>
              <w:b/>
              <w:sz w:val="24"/>
              <w:szCs w:val="24"/>
              <w:lang w:val="tr-TR"/>
            </w:rPr>
            <w:t>☐</w:t>
          </w:r>
        </w:sdtContent>
      </w:sdt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 Üniversite Öğrencileri</w:t>
      </w:r>
    </w:p>
    <w:p w:rsidR="00640052" w:rsidRPr="00AA0291" w:rsidRDefault="003B3739">
      <w:pPr>
        <w:spacing w:after="60"/>
        <w:rPr>
          <w:rFonts w:ascii="Times New Roman" w:hAnsi="Times New Roman" w:cs="Times New Roman"/>
          <w:sz w:val="24"/>
          <w:szCs w:val="24"/>
          <w:lang w:val="tr-TR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tr-TR"/>
          </w:rPr>
          <w:alias w:val="Etkinlik hedef kitlesi Yabancı Uyruklu Öğrenciler"/>
          <w:tag w:val="Etkinlik hedef kitlesi Yabancı Uyruklu Öğrenciler"/>
          <w:id w:val="157776050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291" w:rsidRPr="00AA0291">
            <w:rPr>
              <w:rFonts w:ascii="MS Gothic" w:eastAsia="MS Gothic" w:hAnsi="MS Gothic" w:cs="Times New Roman"/>
              <w:b/>
              <w:sz w:val="24"/>
              <w:szCs w:val="24"/>
              <w:lang w:val="tr-TR"/>
            </w:rPr>
            <w:t>☐</w:t>
          </w:r>
        </w:sdtContent>
      </w:sdt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 Yabancı Uyruklu Öğrenciler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344"/>
      </w:tblGrid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B222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Diğer hedef kitle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640052" w:rsidP="00B222AD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:rsidR="00640052" w:rsidRPr="00AA0291" w:rsidRDefault="00640052">
      <w:pPr>
        <w:spacing w:after="20"/>
        <w:rPr>
          <w:rFonts w:ascii="Times New Roman" w:hAnsi="Times New Roman" w:cs="Times New Roman"/>
          <w:sz w:val="24"/>
          <w:szCs w:val="24"/>
          <w:lang w:val="tr-TR"/>
        </w:rPr>
      </w:pPr>
    </w:p>
    <w:p w:rsidR="00640052" w:rsidRPr="00AA0291" w:rsidRDefault="001A5FDD">
      <w:pPr>
        <w:pStyle w:val="Balk2"/>
        <w:rPr>
          <w:rFonts w:ascii="Times New Roman" w:hAnsi="Times New Roman" w:cs="Times New Roman"/>
          <w:sz w:val="24"/>
          <w:szCs w:val="24"/>
          <w:lang w:val="tr-TR"/>
        </w:rPr>
      </w:pPr>
      <w:r w:rsidRPr="00AA0291">
        <w:rPr>
          <w:rFonts w:ascii="Times New Roman" w:hAnsi="Times New Roman" w:cs="Times New Roman"/>
          <w:sz w:val="24"/>
          <w:szCs w:val="24"/>
          <w:lang w:val="tr-TR"/>
        </w:rPr>
        <w:t>Etkinliğin kapsamı</w:t>
      </w:r>
    </w:p>
    <w:p w:rsidR="00640052" w:rsidRPr="00AA0291" w:rsidRDefault="003B3739">
      <w:pPr>
        <w:spacing w:after="60"/>
        <w:rPr>
          <w:rFonts w:ascii="Times New Roman" w:hAnsi="Times New Roman" w:cs="Times New Roman"/>
          <w:sz w:val="24"/>
          <w:szCs w:val="24"/>
          <w:lang w:val="tr-TR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tr-TR"/>
          </w:rPr>
          <w:alias w:val="Etkinliğin kapsamı Bağımlılıkla Mücadele"/>
          <w:tag w:val="Etkinliğin kapsamı Bağımlılıkla Mücadele"/>
          <w:id w:val="1816033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225A">
            <w:rPr>
              <w:rFonts w:ascii="MS Gothic" w:eastAsia="MS Gothic" w:hAnsi="MS Gothic" w:cs="Times New Roman" w:hint="eastAsia"/>
              <w:b/>
              <w:sz w:val="24"/>
              <w:szCs w:val="24"/>
              <w:lang w:val="tr-TR"/>
            </w:rPr>
            <w:t>☐</w:t>
          </w:r>
        </w:sdtContent>
      </w:sdt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 Bağımlılıkla Mücadele</w:t>
      </w:r>
    </w:p>
    <w:p w:rsidR="00640052" w:rsidRPr="00AA0291" w:rsidRDefault="003B3739">
      <w:pPr>
        <w:spacing w:after="60"/>
        <w:rPr>
          <w:rFonts w:ascii="Times New Roman" w:hAnsi="Times New Roman" w:cs="Times New Roman"/>
          <w:sz w:val="24"/>
          <w:szCs w:val="24"/>
          <w:lang w:val="tr-TR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tr-TR"/>
          </w:rPr>
          <w:alias w:val="Etkinliğin kapsamı Bilinçli Üretim ve Tüketim"/>
          <w:tag w:val="Etkinliğin kapsamı Bilinçli Üretim ve Tüketim"/>
          <w:id w:val="6241717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5225A">
            <w:rPr>
              <w:rFonts w:ascii="MS Gothic" w:eastAsia="MS Gothic" w:hAnsi="MS Gothic" w:cs="Times New Roman" w:hint="eastAsia"/>
              <w:b/>
              <w:sz w:val="24"/>
              <w:szCs w:val="24"/>
              <w:lang w:val="tr-TR"/>
            </w:rPr>
            <w:t>☐</w:t>
          </w:r>
        </w:sdtContent>
      </w:sdt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 Bilinçli Üretim ve Tüketim</w:t>
      </w:r>
    </w:p>
    <w:p w:rsidR="00640052" w:rsidRPr="00AA0291" w:rsidRDefault="003B3739">
      <w:pPr>
        <w:spacing w:after="60"/>
        <w:rPr>
          <w:rFonts w:ascii="Times New Roman" w:hAnsi="Times New Roman" w:cs="Times New Roman"/>
          <w:sz w:val="24"/>
          <w:szCs w:val="24"/>
          <w:lang w:val="tr-TR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tr-TR"/>
          </w:rPr>
          <w:alias w:val="Etkinliğin kapsamı Dezavantajlı Gruplar"/>
          <w:tag w:val="Etkinliğin kapsamı Dezavantajlı Gruplar"/>
          <w:id w:val="7324152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291" w:rsidRPr="00AA0291">
            <w:rPr>
              <w:rFonts w:ascii="MS Gothic" w:eastAsia="MS Gothic" w:hAnsi="MS Gothic" w:cs="Times New Roman"/>
              <w:b/>
              <w:sz w:val="24"/>
              <w:szCs w:val="24"/>
              <w:lang w:val="tr-TR"/>
            </w:rPr>
            <w:t>☐</w:t>
          </w:r>
        </w:sdtContent>
      </w:sdt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 Dezavantajlı Gruplar</w:t>
      </w:r>
    </w:p>
    <w:p w:rsidR="00640052" w:rsidRPr="00AA0291" w:rsidRDefault="003B3739">
      <w:pPr>
        <w:spacing w:after="60"/>
        <w:rPr>
          <w:rFonts w:ascii="Times New Roman" w:hAnsi="Times New Roman" w:cs="Times New Roman"/>
          <w:sz w:val="24"/>
          <w:szCs w:val="24"/>
          <w:lang w:val="tr-TR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tr-TR"/>
          </w:rPr>
          <w:alias w:val="Etkinliğin kapsamı Kapsayıcı ve Nitelikli Eğitim"/>
          <w:tag w:val="Etkinliğin kapsamı Kapsayıcı ve Nitelikli Eğitim"/>
          <w:id w:val="9270845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291" w:rsidRPr="00AA0291">
            <w:rPr>
              <w:rFonts w:ascii="MS Gothic" w:eastAsia="MS Gothic" w:hAnsi="MS Gothic" w:cs="Times New Roman"/>
              <w:b/>
              <w:sz w:val="24"/>
              <w:szCs w:val="24"/>
              <w:lang w:val="tr-TR"/>
            </w:rPr>
            <w:t>☐</w:t>
          </w:r>
        </w:sdtContent>
      </w:sdt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 Kapsayıcı ve Nitelikli Eğitim</w:t>
      </w:r>
    </w:p>
    <w:p w:rsidR="00640052" w:rsidRPr="00AA0291" w:rsidRDefault="003B3739">
      <w:pPr>
        <w:spacing w:after="60"/>
        <w:rPr>
          <w:rFonts w:ascii="Times New Roman" w:hAnsi="Times New Roman" w:cs="Times New Roman"/>
          <w:sz w:val="24"/>
          <w:szCs w:val="24"/>
          <w:lang w:val="tr-TR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tr-TR"/>
          </w:rPr>
          <w:alias w:val="Etkinliğin kapsamı Kültür Sanat ve Kültürel Miras Farkındalığı"/>
          <w:tag w:val="Etkinliğin kapsamı Kültür Sanat ve Kültürel Miras Farkındalığı"/>
          <w:id w:val="15245947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291" w:rsidRPr="00AA0291">
            <w:rPr>
              <w:rFonts w:ascii="MS Gothic" w:eastAsia="MS Gothic" w:hAnsi="MS Gothic" w:cs="Times New Roman"/>
              <w:b/>
              <w:sz w:val="24"/>
              <w:szCs w:val="24"/>
              <w:lang w:val="tr-TR"/>
            </w:rPr>
            <w:t>☐</w:t>
          </w:r>
        </w:sdtContent>
      </w:sdt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 Kültür Sanat ve Kültürel Miras Farkındalığı</w:t>
      </w:r>
    </w:p>
    <w:p w:rsidR="00640052" w:rsidRPr="00AA0291" w:rsidRDefault="003B3739">
      <w:pPr>
        <w:spacing w:after="60"/>
        <w:rPr>
          <w:rFonts w:ascii="Times New Roman" w:hAnsi="Times New Roman" w:cs="Times New Roman"/>
          <w:sz w:val="24"/>
          <w:szCs w:val="24"/>
          <w:lang w:val="tr-TR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tr-TR"/>
          </w:rPr>
          <w:alias w:val="Etkinliğin kapsamı Sağlık ve Kaliteli Yaşam"/>
          <w:tag w:val="Etkinliğin kapsamı Sağlık ve Kaliteli Yaşam"/>
          <w:id w:val="17511181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291" w:rsidRPr="00AA0291">
            <w:rPr>
              <w:rFonts w:ascii="MS Gothic" w:eastAsia="MS Gothic" w:hAnsi="MS Gothic" w:cs="Times New Roman"/>
              <w:b/>
              <w:sz w:val="24"/>
              <w:szCs w:val="24"/>
              <w:lang w:val="tr-TR"/>
            </w:rPr>
            <w:t>☐</w:t>
          </w:r>
        </w:sdtContent>
      </w:sdt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 Sağlık ve Kaliteli Yaşam</w:t>
      </w:r>
    </w:p>
    <w:p w:rsidR="00640052" w:rsidRPr="00AA0291" w:rsidRDefault="003B3739">
      <w:pPr>
        <w:spacing w:after="60"/>
        <w:rPr>
          <w:rFonts w:ascii="Times New Roman" w:hAnsi="Times New Roman" w:cs="Times New Roman"/>
          <w:sz w:val="24"/>
          <w:szCs w:val="24"/>
          <w:lang w:val="tr-TR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tr-TR"/>
          </w:rPr>
          <w:alias w:val="Etkinliğin kapsamı Sosyal ve Sportif Etkinlikler"/>
          <w:tag w:val="Etkinliğin kapsamı Sosyal ve Sportif Etkinlikler"/>
          <w:id w:val="114856626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291" w:rsidRPr="00AA0291">
            <w:rPr>
              <w:rFonts w:ascii="MS Gothic" w:eastAsia="MS Gothic" w:hAnsi="MS Gothic" w:cs="Times New Roman"/>
              <w:b/>
              <w:sz w:val="24"/>
              <w:szCs w:val="24"/>
              <w:lang w:val="tr-TR"/>
            </w:rPr>
            <w:t>☐</w:t>
          </w:r>
        </w:sdtContent>
      </w:sdt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 Sosyal ve Sportif Etkinlikler</w:t>
      </w:r>
    </w:p>
    <w:p w:rsidR="00640052" w:rsidRPr="00AA0291" w:rsidRDefault="003B3739">
      <w:pPr>
        <w:spacing w:after="60"/>
        <w:rPr>
          <w:rFonts w:ascii="Times New Roman" w:hAnsi="Times New Roman" w:cs="Times New Roman"/>
          <w:sz w:val="24"/>
          <w:szCs w:val="24"/>
          <w:lang w:val="tr-TR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tr-TR"/>
          </w:rPr>
          <w:alias w:val="Etkinliğin kapsamı Sürdürülebilir Çevre"/>
          <w:tag w:val="Etkinliğin kapsamı Sürdürülebilir Çevre"/>
          <w:id w:val="10554820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291" w:rsidRPr="00AA0291">
            <w:rPr>
              <w:rFonts w:ascii="MS Gothic" w:eastAsia="MS Gothic" w:hAnsi="MS Gothic" w:cs="Times New Roman"/>
              <w:b/>
              <w:sz w:val="24"/>
              <w:szCs w:val="24"/>
              <w:lang w:val="tr-TR"/>
            </w:rPr>
            <w:t>☐</w:t>
          </w:r>
        </w:sdtContent>
      </w:sdt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 Sürdürülebilir Çevre</w:t>
      </w:r>
    </w:p>
    <w:p w:rsidR="00640052" w:rsidRPr="00AA0291" w:rsidRDefault="003B3739">
      <w:pPr>
        <w:spacing w:after="60"/>
        <w:rPr>
          <w:rFonts w:ascii="Times New Roman" w:hAnsi="Times New Roman" w:cs="Times New Roman"/>
          <w:sz w:val="24"/>
          <w:szCs w:val="24"/>
          <w:lang w:val="tr-TR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tr-TR"/>
          </w:rPr>
          <w:alias w:val="Etkinliğin kapsamı Toplumsal Cinsiyet Eşitliği"/>
          <w:tag w:val="Etkinliğin kapsamı Toplumsal Cinsiyet Eşitliği"/>
          <w:id w:val="17335683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291" w:rsidRPr="00AA0291">
            <w:rPr>
              <w:rFonts w:ascii="MS Gothic" w:eastAsia="MS Gothic" w:hAnsi="MS Gothic" w:cs="Times New Roman"/>
              <w:b/>
              <w:sz w:val="24"/>
              <w:szCs w:val="24"/>
              <w:lang w:val="tr-TR"/>
            </w:rPr>
            <w:t>☐</w:t>
          </w:r>
        </w:sdtContent>
      </w:sdt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 Toplumsal Cinsiyet Eşitliği</w:t>
      </w:r>
    </w:p>
    <w:p w:rsidR="0035225A" w:rsidRPr="0035225A" w:rsidRDefault="003B3739" w:rsidP="0035225A">
      <w:pPr>
        <w:spacing w:after="60"/>
        <w:rPr>
          <w:rFonts w:ascii="Times New Roman" w:hAnsi="Times New Roman" w:cs="Times New Roman"/>
          <w:sz w:val="24"/>
          <w:szCs w:val="24"/>
          <w:lang w:val="tr-TR"/>
        </w:rPr>
      </w:pPr>
      <w:sdt>
        <w:sdtPr>
          <w:rPr>
            <w:rFonts w:ascii="Times New Roman" w:hAnsi="Times New Roman" w:cs="Times New Roman"/>
            <w:b/>
            <w:sz w:val="24"/>
            <w:szCs w:val="24"/>
            <w:lang w:val="tr-TR"/>
          </w:rPr>
          <w:alias w:val="Etkinliğin kapsamı Yaşam Boyu Öğrenme"/>
          <w:tag w:val="Etkinliğin kapsamı Yaşam Boyu Öğrenme"/>
          <w:id w:val="6403106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0291" w:rsidRPr="00AA0291">
            <w:rPr>
              <w:rFonts w:ascii="MS Gothic" w:eastAsia="MS Gothic" w:hAnsi="MS Gothic" w:cs="Times New Roman"/>
              <w:b/>
              <w:sz w:val="24"/>
              <w:szCs w:val="24"/>
              <w:lang w:val="tr-TR"/>
            </w:rPr>
            <w:t>☐</w:t>
          </w:r>
        </w:sdtContent>
      </w:sdt>
      <w:r w:rsidR="001A5FDD" w:rsidRPr="00AA0291">
        <w:rPr>
          <w:rFonts w:ascii="Times New Roman" w:hAnsi="Times New Roman" w:cs="Times New Roman"/>
          <w:sz w:val="24"/>
          <w:szCs w:val="24"/>
          <w:lang w:val="tr-TR"/>
        </w:rPr>
        <w:t xml:space="preserve">  Yaşam Boyu Öğrenme</w:t>
      </w:r>
    </w:p>
    <w:p w:rsidR="00640052" w:rsidRPr="00AA0291" w:rsidRDefault="001A5FDD">
      <w:pPr>
        <w:pStyle w:val="Balk1"/>
        <w:rPr>
          <w:rFonts w:ascii="Times New Roman" w:hAnsi="Times New Roman" w:cs="Times New Roman"/>
          <w:szCs w:val="24"/>
          <w:lang w:val="tr-TR"/>
        </w:rPr>
      </w:pPr>
      <w:r w:rsidRPr="00AA0291">
        <w:rPr>
          <w:rFonts w:ascii="Times New Roman" w:hAnsi="Times New Roman" w:cs="Times New Roman"/>
          <w:szCs w:val="24"/>
          <w:lang w:val="tr-TR"/>
        </w:rPr>
        <w:t>3</w:t>
      </w:r>
      <w:r w:rsidR="000F7400">
        <w:rPr>
          <w:rFonts w:ascii="Times New Roman" w:hAnsi="Times New Roman" w:cs="Times New Roman"/>
          <w:szCs w:val="24"/>
          <w:lang w:val="tr-TR"/>
        </w:rPr>
        <w:t>.</w:t>
      </w:r>
      <w:r w:rsidRPr="00AA0291">
        <w:rPr>
          <w:rFonts w:ascii="Times New Roman" w:hAnsi="Times New Roman" w:cs="Times New Roman"/>
          <w:szCs w:val="24"/>
          <w:lang w:val="tr-TR"/>
        </w:rPr>
        <w:t xml:space="preserve"> </w:t>
      </w:r>
      <w:r w:rsidR="00BD4210" w:rsidRPr="00AA0291">
        <w:rPr>
          <w:rFonts w:ascii="Times New Roman" w:hAnsi="Times New Roman" w:cs="Times New Roman"/>
          <w:szCs w:val="24"/>
          <w:lang w:val="tr-TR"/>
        </w:rPr>
        <w:t>İLETİŞİM BİLGİLERİ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344"/>
      </w:tblGrid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* İletişim adı soyadı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640052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* İletişim telefonu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640052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* İletişim e posta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640052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</w:tbl>
    <w:p w:rsidR="00640052" w:rsidRPr="00AA0291" w:rsidRDefault="00640052">
      <w:pPr>
        <w:spacing w:after="20"/>
        <w:rPr>
          <w:rFonts w:ascii="Times New Roman" w:hAnsi="Times New Roman" w:cs="Times New Roman"/>
          <w:sz w:val="24"/>
          <w:szCs w:val="24"/>
          <w:lang w:val="tr-TR"/>
        </w:rPr>
      </w:pPr>
    </w:p>
    <w:p w:rsidR="00640052" w:rsidRPr="00AA0291" w:rsidRDefault="001A5FDD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AA0291">
        <w:rPr>
          <w:rFonts w:ascii="Times New Roman" w:hAnsi="Times New Roman" w:cs="Times New Roman"/>
          <w:sz w:val="24"/>
          <w:szCs w:val="24"/>
          <w:lang w:val="tr-TR"/>
        </w:rPr>
        <w:br w:type="page"/>
      </w:r>
    </w:p>
    <w:p w:rsidR="00640052" w:rsidRPr="00AA0291" w:rsidRDefault="00BD4210">
      <w:pPr>
        <w:pStyle w:val="Balk1"/>
        <w:rPr>
          <w:rFonts w:ascii="Times New Roman" w:hAnsi="Times New Roman" w:cs="Times New Roman"/>
          <w:szCs w:val="24"/>
          <w:lang w:val="tr-TR"/>
        </w:rPr>
      </w:pPr>
      <w:r w:rsidRPr="00AA0291">
        <w:rPr>
          <w:rFonts w:ascii="Times New Roman" w:hAnsi="Times New Roman" w:cs="Times New Roman"/>
          <w:szCs w:val="24"/>
          <w:lang w:val="tr-TR"/>
        </w:rPr>
        <w:lastRenderedPageBreak/>
        <w:t>4</w:t>
      </w:r>
      <w:r>
        <w:rPr>
          <w:rFonts w:ascii="Times New Roman" w:hAnsi="Times New Roman" w:cs="Times New Roman"/>
          <w:szCs w:val="24"/>
          <w:lang w:val="tr-TR"/>
        </w:rPr>
        <w:t>.</w:t>
      </w:r>
      <w:r w:rsidRPr="00AA0291">
        <w:rPr>
          <w:rFonts w:ascii="Times New Roman" w:hAnsi="Times New Roman" w:cs="Times New Roman"/>
          <w:szCs w:val="24"/>
          <w:lang w:val="tr-TR"/>
        </w:rPr>
        <w:t xml:space="preserve"> STRATEJİK PLAN</w:t>
      </w:r>
    </w:p>
    <w:p w:rsidR="00640052" w:rsidRPr="00AA0291" w:rsidRDefault="001A5FDD">
      <w:pPr>
        <w:rPr>
          <w:rFonts w:ascii="Times New Roman" w:hAnsi="Times New Roman" w:cs="Times New Roman"/>
          <w:sz w:val="24"/>
          <w:szCs w:val="24"/>
          <w:lang w:val="tr-TR"/>
        </w:rPr>
      </w:pPr>
      <w:r w:rsidRPr="00AA0291">
        <w:rPr>
          <w:rFonts w:ascii="Times New Roman" w:hAnsi="Times New Roman" w:cs="Times New Roman"/>
          <w:sz w:val="24"/>
          <w:szCs w:val="24"/>
          <w:lang w:val="tr-TR"/>
        </w:rPr>
        <w:t>Plan dönemi 2026–2030. Önce bir amaç, ardından bu amaca ait bir hedef seçiniz. Word listeleri birbirini otomatik filtrelemez; amaç ve hedef kodlarının uyumunu kontrol ediniz.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344"/>
      </w:tblGrid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* Stratejik amaç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4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Cambria Math" w:hAnsi="Cambria Math" w:cs="Cambria Math"/>
                <w:b/>
                <w:color w:val="305A80"/>
                <w:sz w:val="24"/>
                <w:szCs w:val="24"/>
                <w:lang w:val="tr-TR"/>
              </w:rPr>
              <w:t>▾</w:t>
            </w:r>
            <w:r w:rsidRPr="00AA0291">
              <w:rPr>
                <w:rFonts w:ascii="Times New Roman" w:hAnsi="Times New Roman" w:cs="Times New Roman"/>
                <w:b/>
                <w:color w:val="305A80"/>
                <w:sz w:val="24"/>
                <w:szCs w:val="24"/>
                <w:lang w:val="tr-TR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tr-TR"/>
                </w:rPr>
                <w:alias w:val="* Stratejik amaç"/>
                <w:tag w:val="* Stratejik amaç"/>
                <w:id w:val="981848965"/>
                <w:dropDownList>
                  <w:listItem w:displayText="Seçiniz" w:value="SECIM_YAPILMADI"/>
                  <w:listItem w:displayText="A1– Ulusal politikalar ve önceliklerimiz doğrultusunda, küresel gelişmeler ve yeni ihtiyaçlar ışığında araştırma ve geliştirme kapasitemizi güçlendirmek; bu alanda Üniversitemizin uluslararası sıralamalarda daha üst düzeyde konumlanmasını sağlamak" w:value="SECENEK_1"/>
                  <w:listItem w:displayText="A2– Tüm paydaşları kapsayan öğrenme odaklı bir yaklaşım doğrultusunda, eğitimde dijital dönüşüm ve entegrasyonu benimseyerek, eğitim ve öğretim süreçlerinin kalitesini sürekli ve dinamik bir şekilde geliştirmek" w:value="SECENEK_2"/>
                  <w:listItem w:displayText="A3– Toplumsal katkı sağlamaya yönelik mevcut altyapıyı güçlendirerek toplumsal katma değeri yüksek faaliyetlerin sayısını artırmak ve sürdürülebilir kılmak" w:value="SECENEK_3"/>
                </w:dropDownList>
              </w:sdtPr>
              <w:sdtEndPr/>
              <w:sdtContent>
                <w:r w:rsidR="00AA0291" w:rsidRPr="00AA0291">
                  <w:rPr>
                    <w:rFonts w:ascii="Times New Roman" w:hAnsi="Times New Roman" w:cs="Times New Roman"/>
                    <w:sz w:val="24"/>
                    <w:szCs w:val="24"/>
                    <w:lang w:val="tr-TR"/>
                  </w:rPr>
                  <w:t>Seçiniz</w:t>
                </w:r>
              </w:sdtContent>
            </w:sdt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* Stratejik hedef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4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Cambria Math" w:hAnsi="Cambria Math" w:cs="Cambria Math"/>
                <w:b/>
                <w:color w:val="305A80"/>
                <w:sz w:val="24"/>
                <w:szCs w:val="24"/>
                <w:lang w:val="tr-TR"/>
              </w:rPr>
              <w:t>▾</w:t>
            </w:r>
            <w:r w:rsidRPr="00AA0291">
              <w:rPr>
                <w:rFonts w:ascii="Times New Roman" w:hAnsi="Times New Roman" w:cs="Times New Roman"/>
                <w:b/>
                <w:color w:val="305A80"/>
                <w:sz w:val="24"/>
                <w:szCs w:val="24"/>
                <w:lang w:val="tr-TR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tr-TR"/>
                </w:rPr>
                <w:alias w:val="* Stratejik hedef"/>
                <w:tag w:val="* Stratejik hedef"/>
                <w:id w:val="925124295"/>
                <w:dropDownList>
                  <w:listItem w:displayText="Seçiniz" w:value="SECIM_YAPILMADI"/>
                  <w:listItem w:displayText="A1.H1– Projelerin ulusal ve uluslararası görünürlüğünü ve etki düzeyini yükseltmeye odaklanarak araştırma projesi sayısını artırmak" w:value="SECENEK_1"/>
                  <w:listItem w:displayText="A1.H2– Bilimsel yayın sayısı ve kalitesini artırmak için, ulusal ve uluslararası indekslerde taranan dergilerde yayın yapmayı teşvik etmek ve atıf sayısını artırmak" w:value="SECENEK_2"/>
                  <w:listItem w:displayText="A1.H3– Disiplinler arası çalışma imkânı sağlayan araştırma altyapısını güçlendirmek, iş birliklerini artırmak, sürdürülebilir araştırma imkânı sağlamak" w:value="SECENEK_3"/>
                  <w:listItem w:displayText="A1.H4– Araştırma geliştirme faaliyetleri sonucunda elde edilen çıktıları ürüne ve ekonomik değere dönüşümünü sağlayarak girişimcilik ve inovasyon ekosistemini güçlendirmek" w:value="SECENEK_4"/>
                  <w:listItem w:displayText="A1.H5– Ulusal ve uluslararası kuruluşlarla araştırma işbirliklerini artırarak Üniversitemizi küresel akademik topluluğun etkin bir parçası haline getirmek." w:value="SECENEK_5"/>
                  <w:listItem w:displayText="A2.H1– Öğrencilerin öğrenme yaklaşımlarını desteklemek amacıyla, öğretim elemanlarının mesleki yeterliliklerini geliştirmek ve dijital araçları pedagojik süreçlerde etkili bir biçimde kullanmalarını sağlamak" w:value="SECENEK_6"/>
                  <w:listItem w:displayText="A2.H2– Eğitim ve öğretim süreçlerinin erişilebilirliğini ve sürdürülebilirliğini sağlamak, çağın gerekliliklerine uygun faaliyetlerin gerçekleştirilmesi için altyapıyı güçlendirmek" w:value="SECENEK_7"/>
                  <w:listItem w:displayText="A2.H3– Sürdürülebilirlik ilkeleri göz önünde bulundurularak, güvenli, spor dostu ve yaşayan kampüs altyapısını güçlendirmek ve öğrenci ile personelin sosyal, kültürel ve sportif gelişimini sağlamak" w:value="SECENEK_8"/>
                  <w:listItem w:displayText="A2.H4– Uluslararası alanda Üniversitenin tanınırlığını artıracak eğitim öğretim faaliyetlerini yaygınlaştırmak ve iyileştirmek" w:value="SECENEK_9"/>
                  <w:listItem w:displayText="A2.H5– Eğitim öğretim faaliyetlerini iyileştirmeye yönelik olarak akredite edilen birim, bölüm, program sayısını artırmak ve sürdürülebilir kılmak." w:value="SECENEK_10"/>
                  <w:listItem w:displayText="A3.H1– Sunulan sağlık hizmetinin kalitesini artırarak kapasitesini ve alt yapısını güçlendirmek ve sürdürülebilir kılmak" w:value="SECENEK_11"/>
                  <w:listItem w:displayText="A3.H2– Toplumsal katkı sağlamaya dönük sosyal, kültürel ve sportif faaliyetlerin sayısını artırmak ve mevcut altyapıyı güçlendirmek" w:value="SECENEK_12"/>
                  <w:listItem w:displayText="A3.H3– Toplumsal ihtiyaçlara ve gelişmelere yönelik eğitim, bilgilendirme ve farkındalık faaliyetlerini artırmak" w:value="SECENEK_13"/>
                </w:dropDownList>
              </w:sdtPr>
              <w:sdtEndPr/>
              <w:sdtContent>
                <w:r w:rsidR="00AA0291" w:rsidRPr="00AA0291">
                  <w:rPr>
                    <w:rFonts w:ascii="Times New Roman" w:hAnsi="Times New Roman" w:cs="Times New Roman"/>
                    <w:sz w:val="24"/>
                    <w:szCs w:val="24"/>
                    <w:lang w:val="tr-TR"/>
                  </w:rPr>
                  <w:t>Seçiniz</w:t>
                </w:r>
              </w:sdtContent>
            </w:sdt>
          </w:p>
        </w:tc>
      </w:tr>
    </w:tbl>
    <w:p w:rsidR="00640052" w:rsidRPr="00AA0291" w:rsidRDefault="00640052">
      <w:pPr>
        <w:spacing w:after="20"/>
        <w:rPr>
          <w:rFonts w:ascii="Times New Roman" w:hAnsi="Times New Roman" w:cs="Times New Roman"/>
          <w:sz w:val="24"/>
          <w:szCs w:val="24"/>
          <w:lang w:val="tr-TR"/>
        </w:rPr>
      </w:pPr>
    </w:p>
    <w:p w:rsidR="00640052" w:rsidRPr="00AA0291" w:rsidRDefault="001A5FDD">
      <w:pPr>
        <w:rPr>
          <w:rFonts w:ascii="Times New Roman" w:hAnsi="Times New Roman" w:cs="Times New Roman"/>
          <w:sz w:val="22"/>
          <w:szCs w:val="24"/>
          <w:lang w:val="tr-TR"/>
        </w:rPr>
      </w:pPr>
      <w:r w:rsidRPr="00AA0291">
        <w:rPr>
          <w:rFonts w:ascii="Times New Roman" w:hAnsi="Times New Roman" w:cs="Times New Roman"/>
          <w:sz w:val="22"/>
          <w:szCs w:val="24"/>
          <w:lang w:val="tr-TR"/>
        </w:rPr>
        <w:t>Amaç ve hedef listelerinde seçeneklerin tam metni bulunur. Seçim yapıldığında ilgili metin formda görünür.</w:t>
      </w:r>
    </w:p>
    <w:p w:rsidR="00640052" w:rsidRPr="00AA0291" w:rsidRDefault="001A5FDD">
      <w:pPr>
        <w:pStyle w:val="Balk1"/>
        <w:rPr>
          <w:rFonts w:ascii="Times New Roman" w:hAnsi="Times New Roman" w:cs="Times New Roman"/>
          <w:szCs w:val="24"/>
          <w:lang w:val="tr-TR"/>
        </w:rPr>
      </w:pPr>
      <w:r w:rsidRPr="00AA0291">
        <w:rPr>
          <w:rFonts w:ascii="Times New Roman" w:hAnsi="Times New Roman" w:cs="Times New Roman"/>
          <w:szCs w:val="24"/>
          <w:lang w:val="tr-TR"/>
        </w:rPr>
        <w:t>5</w:t>
      </w:r>
      <w:r w:rsidR="000F7400">
        <w:rPr>
          <w:rFonts w:ascii="Times New Roman" w:hAnsi="Times New Roman" w:cs="Times New Roman"/>
          <w:szCs w:val="24"/>
          <w:lang w:val="tr-TR"/>
        </w:rPr>
        <w:t>.</w:t>
      </w:r>
      <w:r w:rsidRPr="00AA0291">
        <w:rPr>
          <w:rFonts w:ascii="Times New Roman" w:hAnsi="Times New Roman" w:cs="Times New Roman"/>
          <w:szCs w:val="24"/>
          <w:lang w:val="tr-TR"/>
        </w:rPr>
        <w:t xml:space="preserve"> </w:t>
      </w:r>
      <w:r w:rsidR="00BD4210" w:rsidRPr="00AA0291">
        <w:rPr>
          <w:rFonts w:ascii="Times New Roman" w:hAnsi="Times New Roman" w:cs="Times New Roman"/>
          <w:szCs w:val="24"/>
          <w:lang w:val="tr-TR"/>
        </w:rPr>
        <w:t>AFİŞ VE DESTEK TALEPLERİ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344"/>
      </w:tblGrid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* Afiş hazırlık dosyası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4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Cambria Math" w:hAnsi="Cambria Math" w:cs="Cambria Math"/>
                <w:b/>
                <w:color w:val="305A80"/>
                <w:sz w:val="24"/>
                <w:szCs w:val="24"/>
                <w:lang w:val="tr-TR"/>
              </w:rPr>
              <w:t>▾</w:t>
            </w:r>
            <w:r w:rsidRPr="00AA0291">
              <w:rPr>
                <w:rFonts w:ascii="Times New Roman" w:hAnsi="Times New Roman" w:cs="Times New Roman"/>
                <w:b/>
                <w:color w:val="305A80"/>
                <w:sz w:val="24"/>
                <w:szCs w:val="24"/>
                <w:lang w:val="tr-TR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tr-TR"/>
                </w:rPr>
                <w:alias w:val="* Afiş hazırlık dosyası"/>
                <w:tag w:val="* Afiş hazırlık dosyası"/>
                <w:id w:val="252147326"/>
                <w:dropDownList>
                  <w:listItem w:displayText="Seçiniz" w:value="SECIM_YAPILMADI"/>
                  <w:listItem w:displayText="Hazır afiş dosyası eklenmiştir" w:value="SECENEK_1"/>
                  <w:listItem w:displayText="KİMER’e başvuruldu; fotoğraf ve logolar eklenmiştir" w:value="SECENEK_2"/>
                  <w:listItem w:displayText="Afiş birim imkânlarıyla hazırlanıp iletilecektir" w:value="SECENEK_3"/>
                </w:dropDownList>
              </w:sdtPr>
              <w:sdtEndPr/>
              <w:sdtContent>
                <w:r w:rsidR="00AA0291" w:rsidRPr="00AA0291">
                  <w:rPr>
                    <w:rFonts w:ascii="Times New Roman" w:hAnsi="Times New Roman" w:cs="Times New Roman"/>
                    <w:sz w:val="24"/>
                    <w:szCs w:val="24"/>
                    <w:lang w:val="tr-TR"/>
                  </w:rPr>
                  <w:t>Seçiniz</w:t>
                </w:r>
              </w:sdtContent>
            </w:sdt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Afiş dosya adı ve ek bilgileri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640052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Afiş için metin görsel ve logo bilgileri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640052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Yoklama cihazı talebi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4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Cambria Math" w:hAnsi="Cambria Math" w:cs="Cambria Math"/>
                <w:b/>
                <w:color w:val="305A80"/>
                <w:sz w:val="24"/>
                <w:szCs w:val="24"/>
                <w:lang w:val="tr-TR"/>
              </w:rPr>
              <w:t>▾</w:t>
            </w:r>
            <w:r w:rsidRPr="00AA0291">
              <w:rPr>
                <w:rFonts w:ascii="Times New Roman" w:hAnsi="Times New Roman" w:cs="Times New Roman"/>
                <w:b/>
                <w:color w:val="305A80"/>
                <w:sz w:val="24"/>
                <w:szCs w:val="24"/>
                <w:lang w:val="tr-TR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tr-TR"/>
                </w:rPr>
                <w:alias w:val="Yoklama cihazı talebi"/>
                <w:tag w:val="Yoklama cihazı talebi"/>
                <w:id w:val="1560849295"/>
                <w:dropDownList>
                  <w:listItem w:displayText="Seçiniz" w:value="SECIM_YAPILMADI"/>
                  <w:listItem w:displayText="Evet" w:value="SECENEK_1"/>
                  <w:listItem w:displayText="Hayır" w:value="SECENEK_2"/>
                </w:dropDownList>
              </w:sdtPr>
              <w:sdtEndPr/>
              <w:sdtContent>
                <w:r w:rsidRPr="00AA0291">
                  <w:rPr>
                    <w:rFonts w:ascii="Times New Roman" w:hAnsi="Times New Roman" w:cs="Times New Roman"/>
                    <w:color w:val="555555"/>
                    <w:sz w:val="24"/>
                    <w:szCs w:val="24"/>
                    <w:lang w:val="tr-TR"/>
                  </w:rPr>
                  <w:t>Seçiniz</w:t>
                </w:r>
              </w:sdtContent>
            </w:sdt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Medya desteği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4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Cambria Math" w:hAnsi="Cambria Math" w:cs="Cambria Math"/>
                <w:b/>
                <w:color w:val="305A80"/>
                <w:sz w:val="24"/>
                <w:szCs w:val="24"/>
                <w:lang w:val="tr-TR"/>
              </w:rPr>
              <w:t>▾</w:t>
            </w:r>
            <w:r w:rsidRPr="00AA0291">
              <w:rPr>
                <w:rFonts w:ascii="Times New Roman" w:hAnsi="Times New Roman" w:cs="Times New Roman"/>
                <w:b/>
                <w:color w:val="305A80"/>
                <w:sz w:val="24"/>
                <w:szCs w:val="24"/>
                <w:lang w:val="tr-TR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tr-TR"/>
                </w:rPr>
                <w:alias w:val="Medya desteği"/>
                <w:tag w:val="Medya desteği"/>
                <w:id w:val="1747508296"/>
                <w:dropDownList>
                  <w:listItem w:displayText="Seçiniz" w:value="SECIM_YAPILMADI"/>
                  <w:listItem w:displayText="Talep ediliyor" w:value="SECENEK_1"/>
                  <w:listItem w:displayText="Talep edilmiyor" w:value="SECENEK_2"/>
                </w:dropDownList>
              </w:sdtPr>
              <w:sdtEndPr/>
              <w:sdtContent>
                <w:r w:rsidRPr="00AA0291">
                  <w:rPr>
                    <w:rFonts w:ascii="Times New Roman" w:hAnsi="Times New Roman" w:cs="Times New Roman"/>
                    <w:color w:val="555555"/>
                    <w:sz w:val="24"/>
                    <w:szCs w:val="24"/>
                    <w:lang w:val="tr-TR"/>
                  </w:rPr>
                  <w:t>Seçiniz</w:t>
                </w:r>
              </w:sdtContent>
            </w:sdt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Medya desteği açıklaması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640052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0F7400" w:rsidRPr="00AA0291" w:rsidTr="00346A5A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F7400" w:rsidRPr="00AA0291" w:rsidRDefault="000F7400" w:rsidP="000F7400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Akademix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 xml:space="preserve"> Kanalında haber yapılsın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shd w:val="clear" w:color="auto" w:fill="EEF4F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0F7400" w:rsidRPr="00AA0291" w:rsidRDefault="000F7400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Cambria Math" w:hAnsi="Cambria Math" w:cs="Cambria Math"/>
                <w:b/>
                <w:color w:val="305A80"/>
                <w:sz w:val="24"/>
                <w:szCs w:val="24"/>
                <w:lang w:val="tr-TR"/>
              </w:rPr>
              <w:t>▾</w:t>
            </w:r>
            <w:r w:rsidRPr="00AA0291">
              <w:rPr>
                <w:rFonts w:ascii="Times New Roman" w:hAnsi="Times New Roman" w:cs="Times New Roman"/>
                <w:b/>
                <w:color w:val="305A80"/>
                <w:sz w:val="24"/>
                <w:szCs w:val="24"/>
                <w:lang w:val="tr-TR"/>
              </w:rPr>
              <w:t xml:space="preserve">  </w:t>
            </w: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tr-TR"/>
                </w:rPr>
                <w:alias w:val="Akademix Kanalında haber yapılsın"/>
                <w:tag w:val="Akademix Kanalında haber yapılsın"/>
                <w:id w:val="715859813"/>
                <w:dropDownList>
                  <w:listItem w:displayText="Seçiniz" w:value="SECIM_YAPILMADI"/>
                  <w:listItem w:displayText="Evet" w:value="SECENEK_1"/>
                  <w:listItem w:displayText="Hayır" w:value="SECENEK_2"/>
                </w:dropDownList>
              </w:sdtPr>
              <w:sdtEndPr/>
              <w:sdtContent>
                <w:r w:rsidRPr="00AA0291">
                  <w:rPr>
                    <w:rFonts w:ascii="Times New Roman" w:hAnsi="Times New Roman" w:cs="Times New Roman"/>
                    <w:color w:val="555555"/>
                    <w:sz w:val="24"/>
                    <w:szCs w:val="24"/>
                    <w:lang w:val="tr-TR"/>
                  </w:rPr>
                  <w:t>Seçiniz</w:t>
                </w:r>
              </w:sdtContent>
            </w:sdt>
          </w:p>
        </w:tc>
      </w:tr>
    </w:tbl>
    <w:p w:rsidR="00640052" w:rsidRPr="00AA0291" w:rsidRDefault="00640052">
      <w:pPr>
        <w:spacing w:after="20"/>
        <w:rPr>
          <w:rFonts w:ascii="Times New Roman" w:hAnsi="Times New Roman" w:cs="Times New Roman"/>
          <w:sz w:val="24"/>
          <w:szCs w:val="24"/>
          <w:lang w:val="tr-TR"/>
        </w:rPr>
      </w:pPr>
    </w:p>
    <w:p w:rsidR="00B1106E" w:rsidRPr="00B1106E" w:rsidRDefault="00B1106E" w:rsidP="00B1106E">
      <w:pPr>
        <w:spacing w:line="240" w:lineRule="auto"/>
        <w:jc w:val="both"/>
        <w:rPr>
          <w:rFonts w:ascii="Times New Roman" w:hAnsi="Times New Roman" w:cs="Times New Roman"/>
          <w:sz w:val="24"/>
          <w:szCs w:val="20"/>
          <w:lang w:val="tr-TR"/>
        </w:rPr>
      </w:pPr>
      <w:r>
        <w:rPr>
          <w:rFonts w:ascii="Times New Roman" w:hAnsi="Times New Roman"/>
        </w:rPr>
        <w:t>Afiş tasarımı birim imkânlarıyla hazırlanmalıdır. Hazırlanamıyorsa KİMER’e (Kurumsal İletişim Merkezi) etkinlikten 15 gün önce resmî yazı ile başvurulabilir. Talepler iş yoğunluğu ve uygunluk durumuna göre değerlendirilir.</w:t>
      </w:r>
    </w:p>
    <w:p w:rsidR="008E194D" w:rsidRDefault="00130285">
      <w:pPr>
        <w:spacing w:line="240" w:lineRule="auto"/>
      </w:pPr>
      <w:r>
        <w:rPr>
          <w:rFonts w:ascii="Times New Roman" w:hAnsi="Times New Roman"/>
        </w:rPr>
        <w:t>Tasarlanmış afiş bulunmuyorsa ve KİMER’e resmî yazıyla başvurulmuşsa afişte kullanılması istenen fotoğraf ve logolar form ekinde iletilmelidir. Görseller uygun çözünürlükte olmalı; ZIP/RAR dosyasının boyutu en fazla 20 MB olmalıdır.</w:t>
      </w:r>
    </w:p>
    <w:p w:rsidR="008E194D" w:rsidRDefault="00130285">
      <w:pPr>
        <w:spacing w:line="240" w:lineRule="auto"/>
      </w:pPr>
      <w:r>
        <w:rPr>
          <w:rFonts w:ascii="Times New Roman" w:hAnsi="Times New Roman"/>
        </w:rPr>
        <w:t>Web sayfasında yayımlanacak hazır afiş: 842 × 1191 piksel, 72 dpi, RGB renk modu ve 1 MB’ın altında dosya boyutu. Bu teknik özellikler bilinmiyorsa tasarım A3 boyutunda ve dikey olarak iletilebilir.</w:t>
      </w:r>
    </w:p>
    <w:p w:rsidR="00B1106E" w:rsidRPr="00B1106E" w:rsidRDefault="00B1106E" w:rsidP="00B1106E">
      <w:pPr>
        <w:rPr>
          <w:rFonts w:ascii="Times New Roman" w:hAnsi="Times New Roman" w:cs="Times New Roman"/>
          <w:sz w:val="24"/>
          <w:szCs w:val="20"/>
          <w:lang w:val="tr-TR"/>
        </w:rPr>
      </w:pPr>
    </w:p>
    <w:p w:rsidR="00640052" w:rsidRPr="00B1106E" w:rsidRDefault="001A5FDD" w:rsidP="00B1106E">
      <w:pPr>
        <w:spacing w:line="240" w:lineRule="auto"/>
        <w:rPr>
          <w:rFonts w:ascii="Times New Roman" w:hAnsi="Times New Roman" w:cs="Times New Roman"/>
          <w:sz w:val="24"/>
          <w:szCs w:val="20"/>
          <w:lang w:val="tr-TR"/>
        </w:rPr>
      </w:pPr>
      <w:r>
        <w:rPr>
          <w:rFonts w:ascii="Times New Roman" w:hAnsi="Times New Roman"/>
        </w:rPr>
        <w:t>Etkinliğin KİMER ve RATEM tarafından haber yapılması isteniyorsa Talep Takip Sistemi üzerinden her iki birime ayrı ayrı talep iletilmelidir. Formdaki medya desteği seçimi bu başvuruların yerine geçmez.</w:t>
      </w:r>
    </w:p>
    <w:p w:rsidR="00640052" w:rsidRPr="00AA0291" w:rsidRDefault="00BD4210">
      <w:pPr>
        <w:pStyle w:val="Balk1"/>
        <w:rPr>
          <w:rFonts w:ascii="Times New Roman" w:hAnsi="Times New Roman" w:cs="Times New Roman"/>
          <w:szCs w:val="24"/>
          <w:lang w:val="tr-TR"/>
        </w:rPr>
      </w:pPr>
      <w:r w:rsidRPr="00AA0291">
        <w:rPr>
          <w:rFonts w:ascii="Times New Roman" w:hAnsi="Times New Roman" w:cs="Times New Roman"/>
          <w:szCs w:val="24"/>
          <w:lang w:val="tr-TR"/>
        </w:rPr>
        <w:t>6</w:t>
      </w:r>
      <w:r>
        <w:rPr>
          <w:rFonts w:ascii="Times New Roman" w:hAnsi="Times New Roman" w:cs="Times New Roman"/>
          <w:szCs w:val="24"/>
          <w:lang w:val="tr-TR"/>
        </w:rPr>
        <w:t>.</w:t>
      </w:r>
      <w:r w:rsidRPr="00AA0291">
        <w:rPr>
          <w:rFonts w:ascii="Times New Roman" w:hAnsi="Times New Roman" w:cs="Times New Roman"/>
          <w:szCs w:val="24"/>
          <w:lang w:val="tr-TR"/>
        </w:rPr>
        <w:t xml:space="preserve"> TALEP SAHİBİ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80"/>
        <w:gridCol w:w="7344"/>
      </w:tblGrid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Talep eden kişi ve unvan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640052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</w:p>
        </w:tc>
      </w:tr>
      <w:tr w:rsidR="00640052" w:rsidRPr="00AA0291">
        <w:trPr>
          <w:cantSplit/>
          <w:jc w:val="center"/>
        </w:trPr>
        <w:tc>
          <w:tcPr>
            <w:tcW w:w="2880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1A5FDD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r w:rsidRPr="00AA0291">
              <w:rPr>
                <w:rFonts w:ascii="Times New Roman" w:hAnsi="Times New Roman" w:cs="Times New Roman"/>
                <w:b/>
                <w:sz w:val="24"/>
                <w:szCs w:val="24"/>
                <w:lang w:val="tr-TR"/>
              </w:rPr>
              <w:t>Talep tarihi</w:t>
            </w:r>
          </w:p>
        </w:tc>
        <w:tc>
          <w:tcPr>
            <w:tcW w:w="7344" w:type="dxa"/>
            <w:tcBorders>
              <w:top w:val="single" w:sz="4" w:space="0" w:color="D9D9D9"/>
              <w:left w:val="single" w:sz="4" w:space="0" w:color="D9D9D9"/>
              <w:bottom w:val="single" w:sz="4" w:space="0" w:color="D9D9D9"/>
              <w:right w:val="single" w:sz="4" w:space="0" w:color="D9D9D9"/>
            </w:tcBorders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:rsidR="00640052" w:rsidRPr="00AA0291" w:rsidRDefault="003B3739" w:rsidP="000F740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tr-TR"/>
              </w:rPr>
            </w:pPr>
            <w:sdt>
              <w:sdtPr>
                <w:rPr>
                  <w:rFonts w:ascii="Times New Roman" w:hAnsi="Times New Roman" w:cs="Times New Roman"/>
                  <w:sz w:val="24"/>
                  <w:szCs w:val="24"/>
                  <w:lang w:val="tr-TR"/>
                </w:rPr>
                <w:alias w:val="Talep tarihi"/>
                <w:tag w:val="Talep tarihi"/>
                <w:id w:val="1913785073"/>
                <w:text w:multiLine="1"/>
              </w:sdtPr>
              <w:sdtEndPr/>
              <w:sdtContent>
                <w:proofErr w:type="gramStart"/>
                <w:r w:rsidR="001A5FDD" w:rsidRPr="00AA0291">
                  <w:rPr>
                    <w:rFonts w:ascii="Times New Roman" w:hAnsi="Times New Roman" w:cs="Times New Roman"/>
                    <w:color w:val="555555"/>
                    <w:sz w:val="24"/>
                    <w:szCs w:val="24"/>
                    <w:lang w:val="tr-TR"/>
                  </w:rPr>
                  <w:t>GG.AA</w:t>
                </w:r>
                <w:proofErr w:type="gramEnd"/>
                <w:r w:rsidR="001A5FDD" w:rsidRPr="00AA0291">
                  <w:rPr>
                    <w:rFonts w:ascii="Times New Roman" w:hAnsi="Times New Roman" w:cs="Times New Roman"/>
                    <w:color w:val="555555"/>
                    <w:sz w:val="24"/>
                    <w:szCs w:val="24"/>
                    <w:lang w:val="tr-TR"/>
                  </w:rPr>
                  <w:t>.YYYY</w:t>
                </w:r>
              </w:sdtContent>
            </w:sdt>
          </w:p>
        </w:tc>
      </w:tr>
    </w:tbl>
    <w:p w:rsidR="00640052" w:rsidRPr="00AA0291" w:rsidRDefault="00640052">
      <w:pPr>
        <w:spacing w:after="20"/>
        <w:rPr>
          <w:rFonts w:ascii="Times New Roman" w:hAnsi="Times New Roman" w:cs="Times New Roman"/>
          <w:sz w:val="24"/>
          <w:szCs w:val="24"/>
          <w:lang w:val="tr-TR"/>
        </w:rPr>
      </w:pPr>
    </w:p>
    <w:p w:rsidR="00640052" w:rsidRPr="00AA0291" w:rsidRDefault="001A5FDD">
      <w:pPr>
        <w:spacing w:line="240" w:lineRule="auto"/>
        <w:rPr>
          <w:rFonts w:ascii="Times New Roman" w:hAnsi="Times New Roman" w:cs="Times New Roman"/>
          <w:sz w:val="22"/>
          <w:szCs w:val="24"/>
          <w:lang w:val="tr-TR"/>
        </w:rPr>
      </w:pPr>
      <w:r>
        <w:rPr>
          <w:rFonts w:ascii="Times New Roman" w:hAnsi="Times New Roman"/>
        </w:rPr>
        <w:t xml:space="preserve">Doldurulan form ve hazır afiş dosyası, etkinlik tarihinden </w:t>
      </w:r>
      <w:proofErr w:type="spellStart"/>
      <w:r>
        <w:rPr>
          <w:rFonts w:ascii="Times New Roman" w:hAnsi="Times New Roman"/>
        </w:rPr>
        <w:t>en</w:t>
      </w:r>
      <w:proofErr w:type="spellEnd"/>
      <w:r>
        <w:rPr>
          <w:rFonts w:ascii="Times New Roman" w:hAnsi="Times New Roman"/>
        </w:rPr>
        <w:t xml:space="preserve"> </w:t>
      </w:r>
      <w:proofErr w:type="spellStart"/>
      <w:proofErr w:type="gramStart"/>
      <w:r>
        <w:rPr>
          <w:rFonts w:ascii="Times New Roman" w:hAnsi="Times New Roman"/>
        </w:rPr>
        <w:t>az</w:t>
      </w:r>
      <w:proofErr w:type="spellEnd"/>
      <w:proofErr w:type="gramEnd"/>
      <w:r>
        <w:rPr>
          <w:rFonts w:ascii="Times New Roman" w:hAnsi="Times New Roman"/>
        </w:rPr>
        <w:t xml:space="preserve"> </w:t>
      </w:r>
      <w:r w:rsidR="00FC5062">
        <w:rPr>
          <w:rFonts w:ascii="Times New Roman" w:hAnsi="Times New Roman"/>
        </w:rPr>
        <w:t xml:space="preserve">1 </w:t>
      </w:r>
      <w:proofErr w:type="spellStart"/>
      <w:r w:rsidR="00FC5062">
        <w:rPr>
          <w:rFonts w:ascii="Times New Roman" w:hAnsi="Times New Roman"/>
        </w:rPr>
        <w:t>hafta</w:t>
      </w:r>
      <w:proofErr w:type="spellEnd"/>
      <w:r>
        <w:rPr>
          <w:rFonts w:ascii="Times New Roman" w:hAnsi="Times New Roman"/>
        </w:rPr>
        <w:t xml:space="preserve"> </w:t>
      </w:r>
      <w:bookmarkStart w:id="0" w:name="_GoBack"/>
      <w:bookmarkEnd w:id="0"/>
      <w:proofErr w:type="spellStart"/>
      <w:r>
        <w:rPr>
          <w:rFonts w:ascii="Times New Roman" w:hAnsi="Times New Roman"/>
        </w:rPr>
        <w:t>önce</w:t>
      </w:r>
      <w:proofErr w:type="spellEnd"/>
      <w:r>
        <w:rPr>
          <w:rFonts w:ascii="Times New Roman" w:hAnsi="Times New Roman"/>
        </w:rPr>
        <w:t xml:space="preserve"> ozayozkan@sdu.edu.tr </w:t>
      </w:r>
      <w:proofErr w:type="spellStart"/>
      <w:r>
        <w:rPr>
          <w:rFonts w:ascii="Times New Roman" w:hAnsi="Times New Roman"/>
        </w:rPr>
        <w:t>adresine</w:t>
      </w:r>
      <w:proofErr w:type="spellEnd"/>
      <w:r>
        <w:rPr>
          <w:rFonts w:ascii="Times New Roman" w:hAnsi="Times New Roman"/>
        </w:rPr>
        <w:t xml:space="preserve"> e-posta eki olarak gönderilmelidir. Afiş dosyasının adı, formdaki “Afiş dosya adı ve ek bilgileri” alanına yazılmalıdır. Fotoğraf ve logo dosyaları varsa aynı e-postaya eklenmelidir. Afiş, etkinlik kaydı sırasında yetkili personel tarafından sisteme yüklenir.</w:t>
      </w:r>
    </w:p>
    <w:sectPr w:rsidR="00640052" w:rsidRPr="00AA0291" w:rsidSect="00034616">
      <w:footerReference w:type="default" r:id="rId8"/>
      <w:pgSz w:w="12240" w:h="15840"/>
      <w:pgMar w:top="936" w:right="1008" w:bottom="936" w:left="100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739" w:rsidRDefault="003B3739">
      <w:pPr>
        <w:spacing w:after="0" w:line="240" w:lineRule="auto"/>
      </w:pPr>
      <w:r>
        <w:separator/>
      </w:r>
    </w:p>
  </w:endnote>
  <w:endnote w:type="continuationSeparator" w:id="0">
    <w:p w:rsidR="003B3739" w:rsidRDefault="003B37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40052" w:rsidRDefault="001A5FDD">
    <w:pPr>
      <w:pStyle w:val="AltBilgi"/>
    </w:pPr>
    <w:r>
      <w:rPr>
        <w:sz w:val="16"/>
      </w:rPr>
      <w:t>Sivil Havacılık Yüksekokulu  •  Etkinlik Talep ve Bilgi Formu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739" w:rsidRDefault="003B3739">
      <w:pPr>
        <w:spacing w:after="0" w:line="240" w:lineRule="auto"/>
      </w:pPr>
      <w:r>
        <w:separator/>
      </w:r>
    </w:p>
  </w:footnote>
  <w:footnote w:type="continuationSeparator" w:id="0">
    <w:p w:rsidR="003B3739" w:rsidRDefault="003B373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F7400"/>
    <w:rsid w:val="00130285"/>
    <w:rsid w:val="0015074B"/>
    <w:rsid w:val="001A5FDD"/>
    <w:rsid w:val="0029639D"/>
    <w:rsid w:val="00326F90"/>
    <w:rsid w:val="0035225A"/>
    <w:rsid w:val="003B3739"/>
    <w:rsid w:val="00640052"/>
    <w:rsid w:val="008E194D"/>
    <w:rsid w:val="00AA0291"/>
    <w:rsid w:val="00AA1D8D"/>
    <w:rsid w:val="00B1106E"/>
    <w:rsid w:val="00B222AD"/>
    <w:rsid w:val="00B47730"/>
    <w:rsid w:val="00BD4210"/>
    <w:rsid w:val="00CB0664"/>
    <w:rsid w:val="00DC2EC6"/>
    <w:rsid w:val="00E412DF"/>
    <w:rsid w:val="00ED022F"/>
    <w:rsid w:val="00FC506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5CF552"/>
  <w14:defaultImageDpi w14:val="300"/>
  <w15:docId w15:val="{93EE59EA-766B-4050-A696-BECA63F11E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/>
      <w:color w:val="000000"/>
      <w:sz w:val="20"/>
    </w:rPr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sz w:val="24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spacing w:val="5"/>
      <w:kern w:val="28"/>
      <w:sz w:val="36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50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8E9C20E5-56AF-4B88-AA14-7E20624466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511</Words>
  <Characters>2917</Characters>
  <Application>Microsoft Office Word</Application>
  <DocSecurity>0</DocSecurity>
  <Lines>24</Lines>
  <Paragraphs>6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3422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Yazar</cp:lastModifiedBy>
  <cp:revision>8</cp:revision>
  <dcterms:created xsi:type="dcterms:W3CDTF">2026-10-08T09:24:00Z</dcterms:created>
  <dcterms:modified xsi:type="dcterms:W3CDTF">2026-10-09T12:08:00Z</dcterms:modified>
  <cp:category/>
</cp:coreProperties>
</file>